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F6430A" w14:textId="54B26EA6" w:rsidR="00371139" w:rsidRPr="00637958" w:rsidRDefault="003D7596">
      <w:pPr>
        <w:pStyle w:val="Ttulo1"/>
        <w:jc w:val="center"/>
        <w:rPr>
          <w:lang w:val="es-PE"/>
        </w:rPr>
      </w:pPr>
      <w:r w:rsidRPr="00637958">
        <w:rPr>
          <w:lang w:val="es-PE"/>
        </w:rPr>
        <w:t xml:space="preserve">RED MUNDIAL </w:t>
      </w:r>
      <w:r w:rsidR="00637958" w:rsidRPr="00637958">
        <w:rPr>
          <w:lang w:val="es-PE"/>
        </w:rPr>
        <w:t>DE RISOTERAPEUTAS</w:t>
      </w:r>
      <w:r w:rsidRPr="00637958">
        <w:rPr>
          <w:lang w:val="es-PE"/>
        </w:rPr>
        <w:t xml:space="preserve"> (RM</w:t>
      </w:r>
      <w:r w:rsidR="00637958" w:rsidRPr="00637958">
        <w:rPr>
          <w:lang w:val="es-PE"/>
        </w:rPr>
        <w:t>R</w:t>
      </w:r>
      <w:r w:rsidRPr="00637958">
        <w:rPr>
          <w:lang w:val="es-PE"/>
        </w:rPr>
        <w:t>)</w:t>
      </w:r>
    </w:p>
    <w:p w14:paraId="1D76AAEE" w14:textId="77777777" w:rsidR="00371139" w:rsidRPr="00637958" w:rsidRDefault="003D7596">
      <w:pPr>
        <w:jc w:val="center"/>
        <w:rPr>
          <w:lang w:val="es-PE"/>
        </w:rPr>
      </w:pPr>
      <w:r w:rsidRPr="00637958">
        <w:rPr>
          <w:b/>
          <w:lang w:val="es-PE"/>
        </w:rPr>
        <w:t>FORMULARIO OFICIAL DE SOLICITUD DE MEMBRESÍA</w:t>
      </w:r>
      <w:r w:rsidRPr="00637958">
        <w:rPr>
          <w:b/>
          <w:lang w:val="es-PE"/>
        </w:rPr>
        <w:br/>
      </w:r>
    </w:p>
    <w:p w14:paraId="6C882D32" w14:textId="77777777" w:rsidR="00371139" w:rsidRPr="00637958" w:rsidRDefault="003D7596">
      <w:pPr>
        <w:pStyle w:val="Ttulo2"/>
        <w:rPr>
          <w:lang w:val="es-PE"/>
        </w:rPr>
      </w:pPr>
      <w:r w:rsidRPr="00637958">
        <w:rPr>
          <w:lang w:val="es-PE"/>
        </w:rPr>
        <w:t>Instrucciones</w:t>
      </w:r>
    </w:p>
    <w:p w14:paraId="3F3AD4F8" w14:textId="60469AE0" w:rsidR="00371139" w:rsidRPr="00637958" w:rsidRDefault="003D7596">
      <w:pPr>
        <w:rPr>
          <w:lang w:val="es-PE"/>
        </w:rPr>
      </w:pPr>
      <w:r w:rsidRPr="00637958">
        <w:rPr>
          <w:lang w:val="es-PE"/>
        </w:rPr>
        <w:t>Complete el presente formulario. Los campos marcados con (*) son obligatorios. La admisión está sujeta a la aprobación del Consejo Directivo de la RM</w:t>
      </w:r>
      <w:r w:rsidR="00637958">
        <w:rPr>
          <w:lang w:val="es-PE"/>
        </w:rPr>
        <w:t>R</w:t>
      </w:r>
      <w:r w:rsidRPr="00637958">
        <w:rPr>
          <w:lang w:val="es-PE"/>
        </w:rPr>
        <w:t>.</w:t>
      </w:r>
    </w:p>
    <w:p w14:paraId="4F090708" w14:textId="77777777" w:rsidR="00371139" w:rsidRPr="00637958" w:rsidRDefault="003D7596">
      <w:pPr>
        <w:pStyle w:val="Ttulo2"/>
        <w:rPr>
          <w:lang w:val="es-PE"/>
        </w:rPr>
      </w:pPr>
      <w:r w:rsidRPr="00637958">
        <w:rPr>
          <w:lang w:val="es-PE"/>
        </w:rPr>
        <w:t>I. DATOS PERSONALES</w:t>
      </w:r>
    </w:p>
    <w:p w14:paraId="285FAF0D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Apellidos (*)</w:t>
      </w:r>
    </w:p>
    <w:p w14:paraId="79CB43D6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05F658D7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Nombres (*)</w:t>
      </w:r>
    </w:p>
    <w:p w14:paraId="56BAD964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5932AE63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Tipo de Documento</w:t>
      </w:r>
    </w:p>
    <w:p w14:paraId="0858FCBC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58E479EF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Número de Documento (*)</w:t>
      </w:r>
    </w:p>
    <w:p w14:paraId="5026A429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757486AB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Nacionalidad (*)</w:t>
      </w:r>
    </w:p>
    <w:p w14:paraId="125F3CCB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6AABF629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Fecha de Nacimiento (*)</w:t>
      </w:r>
    </w:p>
    <w:p w14:paraId="620F687F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0428B5AB" w14:textId="77777777" w:rsidR="00371139" w:rsidRPr="00637958" w:rsidRDefault="003D7596">
      <w:pPr>
        <w:pStyle w:val="Ttulo2"/>
        <w:rPr>
          <w:lang w:val="es-PE"/>
        </w:rPr>
      </w:pPr>
      <w:r w:rsidRPr="00637958">
        <w:rPr>
          <w:lang w:val="es-PE"/>
        </w:rPr>
        <w:t>II. DATOS DE CONTACTO</w:t>
      </w:r>
    </w:p>
    <w:p w14:paraId="28CE1952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Dirección (*)</w:t>
      </w:r>
    </w:p>
    <w:p w14:paraId="05AE1B1C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0352BD1E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Ciudad</w:t>
      </w:r>
    </w:p>
    <w:p w14:paraId="182DE75E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3411AEDC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Provincia/Estado</w:t>
      </w:r>
    </w:p>
    <w:p w14:paraId="256DF0C3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05BA1D38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lastRenderedPageBreak/>
        <w:t>Código Postal</w:t>
      </w:r>
    </w:p>
    <w:p w14:paraId="4FFF9F8C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1C988C29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País</w:t>
      </w:r>
    </w:p>
    <w:p w14:paraId="2345D39E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48D41C41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Teléfono</w:t>
      </w:r>
    </w:p>
    <w:p w14:paraId="0C4CCAE0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790F9E02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Móvil</w:t>
      </w:r>
    </w:p>
    <w:p w14:paraId="672D9A20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5B7EB0F0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Correo electrónico principal</w:t>
      </w:r>
    </w:p>
    <w:p w14:paraId="2656D5EF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6C59F721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Correo alternativo</w:t>
      </w:r>
    </w:p>
    <w:p w14:paraId="526AADDD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619CE14F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Sitio web</w:t>
      </w:r>
    </w:p>
    <w:p w14:paraId="5A7C6E5C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72A2B761" w14:textId="77777777" w:rsidR="00371139" w:rsidRPr="00637958" w:rsidRDefault="003D7596">
      <w:pPr>
        <w:pStyle w:val="Ttulo2"/>
        <w:rPr>
          <w:lang w:val="es-PE"/>
        </w:rPr>
      </w:pPr>
      <w:r w:rsidRPr="00637958">
        <w:rPr>
          <w:lang w:val="es-PE"/>
        </w:rPr>
        <w:t>III. TIPO DE MEMBRESÍA</w:t>
      </w:r>
    </w:p>
    <w:p w14:paraId="6761FD05" w14:textId="37E3E8B3" w:rsidR="00371139" w:rsidRDefault="003D7596">
      <w:pPr>
        <w:rPr>
          <w:lang w:val="es-PE"/>
        </w:rPr>
      </w:pPr>
      <w:r w:rsidRPr="00637958">
        <w:rPr>
          <w:lang w:val="es-PE"/>
        </w:rPr>
        <w:t xml:space="preserve">☐ </w:t>
      </w:r>
      <w:r w:rsidR="00637958">
        <w:rPr>
          <w:lang w:val="es-PE"/>
        </w:rPr>
        <w:t>Risoterapeuta Certificado</w:t>
      </w:r>
      <w:r w:rsidRPr="00637958">
        <w:rPr>
          <w:lang w:val="es-PE"/>
        </w:rPr>
        <w:t xml:space="preserve">   ☐ </w:t>
      </w:r>
      <w:r w:rsidR="00637958">
        <w:rPr>
          <w:lang w:val="es-PE"/>
        </w:rPr>
        <w:t>Trainer en Risoterapia</w:t>
      </w:r>
      <w:r w:rsidRPr="00637958">
        <w:rPr>
          <w:lang w:val="es-PE"/>
        </w:rPr>
        <w:t xml:space="preserve">   ☐ </w:t>
      </w:r>
      <w:r w:rsidR="00637958">
        <w:rPr>
          <w:lang w:val="es-PE"/>
        </w:rPr>
        <w:t>Máster Trainer en Risoterapia</w:t>
      </w:r>
    </w:p>
    <w:p w14:paraId="71E5EE95" w14:textId="08C1AD88" w:rsidR="00637958" w:rsidRPr="004D2148" w:rsidRDefault="00637958" w:rsidP="00637958">
      <w:pPr>
        <w:rPr>
          <w:lang w:val="es-PE"/>
        </w:rPr>
      </w:pPr>
      <w:r w:rsidRPr="004D2148">
        <w:rPr>
          <w:lang w:val="es-PE"/>
        </w:rPr>
        <w:t xml:space="preserve">☐ Stand Up Comedy   ☐ Clown Certificado   ☐ </w:t>
      </w:r>
      <w:proofErr w:type="spellStart"/>
      <w:r w:rsidRPr="004D2148">
        <w:rPr>
          <w:lang w:val="es-PE"/>
        </w:rPr>
        <w:t>Impro</w:t>
      </w:r>
      <w:proofErr w:type="spellEnd"/>
      <w:r w:rsidRPr="004D2148">
        <w:rPr>
          <w:lang w:val="es-PE"/>
        </w:rPr>
        <w:t xml:space="preserve"> Certificado</w:t>
      </w:r>
    </w:p>
    <w:p w14:paraId="18197D2B" w14:textId="77777777" w:rsidR="00637958" w:rsidRPr="004D2148" w:rsidRDefault="00637958">
      <w:pPr>
        <w:rPr>
          <w:lang w:val="es-PE"/>
        </w:rPr>
      </w:pPr>
    </w:p>
    <w:p w14:paraId="3534A187" w14:textId="77777777" w:rsidR="00371139" w:rsidRPr="00637958" w:rsidRDefault="003D7596">
      <w:pPr>
        <w:pStyle w:val="Ttulo2"/>
        <w:rPr>
          <w:lang w:val="es-PE"/>
        </w:rPr>
      </w:pPr>
      <w:r w:rsidRPr="00637958">
        <w:rPr>
          <w:lang w:val="es-PE"/>
        </w:rPr>
        <w:t>IV. FORMA DE PAGO</w:t>
      </w:r>
    </w:p>
    <w:p w14:paraId="3F25836C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☐ Transferencia Bancaria   ☐ PayPal   ☐ Western Union</w:t>
      </w:r>
    </w:p>
    <w:p w14:paraId="1D2F95BC" w14:textId="77777777" w:rsidR="00371139" w:rsidRPr="00637958" w:rsidRDefault="003D7596">
      <w:pPr>
        <w:pStyle w:val="Ttulo2"/>
        <w:rPr>
          <w:lang w:val="es-PE"/>
        </w:rPr>
      </w:pPr>
      <w:r w:rsidRPr="00637958">
        <w:rPr>
          <w:lang w:val="es-PE"/>
        </w:rPr>
        <w:t>V. INFORMACIÓN PROFESIONAL</w:t>
      </w:r>
    </w:p>
    <w:p w14:paraId="45901C6C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Profesión</w:t>
      </w:r>
    </w:p>
    <w:p w14:paraId="449F2DE1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29AFF7FE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Especialidad</w:t>
      </w:r>
    </w:p>
    <w:p w14:paraId="5EC98A49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74CB0981" w14:textId="2CA7CE33" w:rsidR="00371139" w:rsidRPr="00637958" w:rsidRDefault="003D7596">
      <w:pPr>
        <w:rPr>
          <w:lang w:val="es-PE"/>
        </w:rPr>
      </w:pPr>
      <w:r w:rsidRPr="00637958">
        <w:rPr>
          <w:lang w:val="es-PE"/>
        </w:rPr>
        <w:t>Experiencia (años)</w:t>
      </w:r>
    </w:p>
    <w:p w14:paraId="2C3884CA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lastRenderedPageBreak/>
        <w:t>______________________________________________________________________</w:t>
      </w:r>
    </w:p>
    <w:p w14:paraId="0F4AF4A8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Idiomas</w:t>
      </w:r>
    </w:p>
    <w:p w14:paraId="49987825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7945F63C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Situación laboral</w:t>
      </w:r>
    </w:p>
    <w:p w14:paraId="0C0450FD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1CA3B0AF" w14:textId="77777777" w:rsidR="00371139" w:rsidRPr="00637958" w:rsidRDefault="003D7596">
      <w:pPr>
        <w:pStyle w:val="Ttulo2"/>
        <w:rPr>
          <w:lang w:val="es-PE"/>
        </w:rPr>
      </w:pPr>
      <w:r w:rsidRPr="00637958">
        <w:rPr>
          <w:lang w:val="es-PE"/>
        </w:rPr>
        <w:t>VI. BREVE DESCRIPCIÓN CURRICULAR</w:t>
      </w:r>
    </w:p>
    <w:p w14:paraId="4EBDFAF2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Descripción:</w:t>
      </w:r>
    </w:p>
    <w:p w14:paraId="6950F9CB" w14:textId="77777777" w:rsidR="00371139" w:rsidRPr="00637958" w:rsidRDefault="003D7596">
      <w:pPr>
        <w:rPr>
          <w:lang w:val="es-PE"/>
        </w:rPr>
      </w:pPr>
      <w:r w:rsidRPr="00637958">
        <w:rPr>
          <w:lang w:val="es-PE"/>
        </w:rPr>
        <w:t>______________________________________________________________________</w:t>
      </w:r>
    </w:p>
    <w:p w14:paraId="628BBF74" w14:textId="77777777" w:rsidR="00371139" w:rsidRPr="00637958" w:rsidRDefault="003D7596">
      <w:pPr>
        <w:pStyle w:val="Ttulo2"/>
        <w:rPr>
          <w:lang w:val="es-PE"/>
        </w:rPr>
      </w:pPr>
      <w:r w:rsidRPr="00637958">
        <w:rPr>
          <w:lang w:val="es-PE"/>
        </w:rPr>
        <w:t>Documentación requerida</w:t>
      </w:r>
    </w:p>
    <w:p w14:paraId="263CB5C2" w14:textId="2685A53D" w:rsidR="00371139" w:rsidRPr="00637958" w:rsidRDefault="003D7596">
      <w:pPr>
        <w:rPr>
          <w:lang w:val="es-PE"/>
        </w:rPr>
      </w:pPr>
      <w:r w:rsidRPr="00637958">
        <w:rPr>
          <w:lang w:val="es-PE"/>
        </w:rPr>
        <w:t>• Currículum Vitae (.</w:t>
      </w:r>
      <w:proofErr w:type="spellStart"/>
      <w:r w:rsidRPr="00637958">
        <w:rPr>
          <w:lang w:val="es-PE"/>
        </w:rPr>
        <w:t>doc</w:t>
      </w:r>
      <w:proofErr w:type="spellEnd"/>
      <w:r w:rsidRPr="00637958">
        <w:rPr>
          <w:lang w:val="es-PE"/>
        </w:rPr>
        <w:t>/.docx)</w:t>
      </w:r>
      <w:r w:rsidRPr="00637958">
        <w:rPr>
          <w:lang w:val="es-PE"/>
        </w:rPr>
        <w:br/>
        <w:t>• Fotografía reciente (JPG o PNG)</w:t>
      </w:r>
      <w:r w:rsidRPr="00637958">
        <w:rPr>
          <w:lang w:val="es-PE"/>
        </w:rPr>
        <w:br/>
        <w:t>• Enviar a: info@</w:t>
      </w:r>
      <w:r w:rsidR="00637958">
        <w:rPr>
          <w:lang w:val="es-PE"/>
        </w:rPr>
        <w:t>risoterapeutas.com</w:t>
      </w:r>
    </w:p>
    <w:p w14:paraId="0215AD8B" w14:textId="77777777" w:rsidR="00371139" w:rsidRPr="00637958" w:rsidRDefault="003D7596">
      <w:pPr>
        <w:pStyle w:val="Ttulo2"/>
        <w:rPr>
          <w:lang w:val="es-PE"/>
        </w:rPr>
      </w:pPr>
      <w:r w:rsidRPr="00637958">
        <w:rPr>
          <w:lang w:val="es-PE"/>
        </w:rPr>
        <w:t>Declaración</w:t>
      </w:r>
    </w:p>
    <w:p w14:paraId="14AF6DB6" w14:textId="3758C8E2" w:rsidR="00371139" w:rsidRPr="00637958" w:rsidRDefault="003D7596">
      <w:pPr>
        <w:rPr>
          <w:lang w:val="es-PE"/>
        </w:rPr>
      </w:pPr>
      <w:r w:rsidRPr="00637958">
        <w:rPr>
          <w:lang w:val="es-PE"/>
        </w:rPr>
        <w:t>Declaro que la información proporcionada es veraz y acepto los Estatutos, Reglamentos y Código de Ética de la RM</w:t>
      </w:r>
      <w:r w:rsidR="00637958">
        <w:rPr>
          <w:lang w:val="es-PE"/>
        </w:rPr>
        <w:t>R</w:t>
      </w:r>
      <w:r w:rsidRPr="00637958">
        <w:rPr>
          <w:lang w:val="es-PE"/>
        </w:rPr>
        <w:t>.</w:t>
      </w:r>
    </w:p>
    <w:p w14:paraId="2910AC26" w14:textId="77777777" w:rsidR="00371139" w:rsidRDefault="003D7596">
      <w:r w:rsidRPr="00637958">
        <w:rPr>
          <w:lang w:val="es-PE"/>
        </w:rPr>
        <w:br/>
      </w:r>
      <w:r>
        <w:t xml:space="preserve">Lugar: __________________   </w:t>
      </w:r>
      <w:proofErr w:type="spellStart"/>
      <w:r>
        <w:t>Fecha</w:t>
      </w:r>
      <w:proofErr w:type="spellEnd"/>
      <w:r>
        <w:t>: ____/____/______</w:t>
      </w:r>
      <w:r>
        <w:br/>
      </w:r>
      <w:r>
        <w:br/>
      </w:r>
      <w:proofErr w:type="spellStart"/>
      <w:r>
        <w:t>Firma</w:t>
      </w:r>
      <w:proofErr w:type="spellEnd"/>
      <w:r>
        <w:t>: ______________________________</w:t>
      </w:r>
    </w:p>
    <w:sectPr w:rsidR="00371139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89276150">
    <w:abstractNumId w:val="8"/>
  </w:num>
  <w:num w:numId="2" w16cid:durableId="1394810248">
    <w:abstractNumId w:val="6"/>
  </w:num>
  <w:num w:numId="3" w16cid:durableId="542327097">
    <w:abstractNumId w:val="5"/>
  </w:num>
  <w:num w:numId="4" w16cid:durableId="782461041">
    <w:abstractNumId w:val="4"/>
  </w:num>
  <w:num w:numId="5" w16cid:durableId="1101023521">
    <w:abstractNumId w:val="7"/>
  </w:num>
  <w:num w:numId="6" w16cid:durableId="551161236">
    <w:abstractNumId w:val="3"/>
  </w:num>
  <w:num w:numId="7" w16cid:durableId="1903057488">
    <w:abstractNumId w:val="2"/>
  </w:num>
  <w:num w:numId="8" w16cid:durableId="967857748">
    <w:abstractNumId w:val="1"/>
  </w:num>
  <w:num w:numId="9" w16cid:durableId="739911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371139"/>
    <w:rsid w:val="003D7596"/>
    <w:rsid w:val="0041334E"/>
    <w:rsid w:val="004D2148"/>
    <w:rsid w:val="00637958"/>
    <w:rsid w:val="00704D28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EB7633C"/>
  <w14:defaultImageDpi w14:val="300"/>
  <w15:docId w15:val="{F0FB3D0F-47A8-4D13-A210-E81CFF9CD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uerte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434</Words>
  <Characters>2390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2819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Jorge Rivero</cp:lastModifiedBy>
  <cp:revision>3</cp:revision>
  <dcterms:created xsi:type="dcterms:W3CDTF">2026-07-20T09:26:00Z</dcterms:created>
  <dcterms:modified xsi:type="dcterms:W3CDTF">2026-07-27T03:42:00Z</dcterms:modified>
  <cp:category/>
</cp:coreProperties>
</file>